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(למידה דיפרנציאלית)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לוח הבחירה (תשע משימות, שלוש רמות, כללי בחירה שונים) ולדעת לבחור משימה המתאימה ליכולת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לעומק את התכנים הממשיים שבלוחות: לשון, ספרות, אזרחות, ערכים וחינוך פיננסי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עצמאות בלמידה, קבלת החלטות וניהול זמן לאורך משימה רב-שלבית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ביטוי בכתב ובעל פה בדרכים מגוונות – כתיבה, שיחה, 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תחביר, פיסוק וכתיבה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הפסוקית הטפלה תלויה במשפט העיקרי ואינה יכולה לעמוד בפני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ניב הוא צירוף קבוע שמשמעותו מושאלת ואינה מילולית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תחביר, פיסוק וכתיבה – בדיקת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במחובר שני משפטים עיקריים שווי מעמד, במורכב יש משפט עיקרי ופסוקית טפלה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טענה ברורה עם נימוקים התומכים 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תחביר, פיסוק וכתיבה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(מסמנת סוף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(מפריד בין איברים ברשימה או בין חלקי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(מסמן משפט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(מקדימות הסבר, רשימה או דוגמה)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לשון: תחביר, פיסוק וכתיבה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ספרות: סיפור קצר ושיר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חשיפה, התפתחות, שיא, 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דמות הנמצאת בתוך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חזרה מכוונת על צלילים דומים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ספרות: סיפור קצר ושיר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(יודע את מחשבותיהן של כל הדמויות)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(יודע רק את מחשבותיה של דמות אחת)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(השוואה גלויה בעזרת המילה כמו או כ-)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(השוואה סמויה בלי מילת השוואה)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ספרות: סיפור קצר ושיר – ניתוח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דוגמה למצלול/חריזה ומסביר קשר בין הצליל לתחושה או לאווירה שהשיר יוצר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אזרחות וחשיבה ביקורתית – מושגי יסוד בבחירות ובדמוקרטיה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ההצבעה בישראל חשאית כדי לאפשר לכל אדם לבחור בלי לחץ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בדמוקרטיה יש להגן גם על זכויות המיעוט ולא רק על רצון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רבין שימש ראש ממשלה יותר מכהונה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אזרחות וחשיבה ביקורתית – זיהוי טכניקות שכנוע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(אדם מפורסם ממליץ על מוצר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מרגש שגורם לקהל להזדהות)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(אותו משפט או סיסמה חוזרים שוב ושוב)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(הטענה שכולם כבר תומכים ברעיון מסוים)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אזרחות וחשיבה ביקורתית – חשיבה ביקורתית ומורשת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לוודא שהמידע מהימן, מדויק ואינו מוטה או שקרי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ערכים וחוסן אישי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אמון הדדי והקשבה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היכולת להתמודד עם קשיים ולהתאושש מהם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הכרה בתוצאות המעשים שלי ופעולה בהתאם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ערכים וחוסן אישי – יישום במצבים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(תמיכה והקשבה בלי שיפוטיות)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(הודאה בטעות ותיקונה)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(גמישות מחשבתית וחיפוש פתרונות)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(שמירה על הסוד כביטוי לאמון)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ערכים וחוסן אישי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דילמה אישית, שיקולים שהובילו להחלטה, והתייחסות לערכי נאמנות וכנות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שיחה עם גורם תומך, זיהוי והבעת רגשות, חיפוש פתרונות, למידה מהכישלון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חינוך פיננסי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תקציב עוזר לעקוב אחרי הכסף הנכנס והיוצא ולתכנן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חיסכון הוא הפרשת כסף לשימוש עתידי ולא הוצאה מיידית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לעומת הוצאה משתנה שמשתנה מחודש לחודש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חינוך פיננסי – יישום בתקציב ובצרכנות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גירעון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חינוך פיננסי – השוואה והחלטות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(הוצאה קבועה)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(הוצאה משתנה)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(יעד פיננסי לטווח ארוך)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(צרכנות נבונה)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חינוך פיננסי – ניתוח והחלטות צרכניות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בודק מחירים, צורך ואיכות לפני הקנייה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סגורות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משפט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לבחור משימה אחת מכל רמת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שהלוח מציע 9 משימות בשלוש רמות קושי ובדרכי ביטוי שונות (כתיבה, ציור, תנועה, דיגיטל, שיחה, יצירה), כך שכל תלמיד בוחר לפי העדפתו ויכולתו, ולהביא דוגמה רלוונטית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של מבנה הלוח וכלל הבחירה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הדוגמה מדויקת ותואמת למונח הנדרש מתוך החומר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רפלקציה אישית אמיתית על תהליך הלמידה והבחירה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שיעור אחד לכל פרק, בהתאם לזמן המוקצב בלוחות המקוריים (שיעור עד 3 שיעורים לנושא)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לאפשר לתלמידים לבחור סדר עבודה שונה בפרקים, בדומה לעיקרון הבחירה החופשית שבלוחות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להציע לתלמידים מתקשים להתמקד במשימות ברמת הקושי הבסיסית בכל פרק, ולתלמידים מתקדמים להרחיב לרמת האתגר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עבודה בזוגות או בקבוצות קטנות במשימות השיחה והיצירה, כדי לשמר את הגיוון בדרכי הביטוי שמציע הלוח המקורי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לוחות בחירה (למידה דיפרנציאלית)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תמצאו תרגולים על פי נושאי לוחות הבחירה. בכל פרק אפשר לבחור משימות ברמת קושי שונה, בדיוק כמו בלוח בחירה אמיתי – התקדמו לפי סדר הפרקים או לפי העניין האישי שלכם.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הכנסה  ·  גירעון  ·  לשים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לשון: תחביר, פיסוק וכתיבה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מורכב בנוי ממשפט עיקרי ולפחות פסוקית טפלה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צירוף מילים שיש להבין כפשוטו, מילה במילה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לשון: תחביר, פיסוק וכתיבה – בדיקת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משפט מחובר למשפט מורכב?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במחובר שני משפטים עיקריים שווי מעמד, במורכב יש משפט עיקרי ופסוקית טפלה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הבדל, אלו שני שמות לאותה תופעה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במורכב אין פועל, במחובר יש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מרכיב חובה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 ברורה עם נימוקים התומכים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נוף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מילים נרדפות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לשון: תחביר, פיסוק וכתיבה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מפריד בין איברים ברשימה או בין חלקי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מקדימות הסבר, רשימה או דוגמה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מסמנת סוף 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נקודתיים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מסמן משפט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לשון: תחביר, פיסוק וכתיבה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המורה החליטה __________ עין על התלמיד החדש כדי לוודא שהוא מסתדר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ספרות: סיפור קצר ושיר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הסדר הנכון של שלבי העלילה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חשיפה, התפתחות, שיא,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שיא, חשיפה, התפתחות,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סיום, שיא, התפתחות, חשיפה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מספר בגוף ראשון הוא בדרך כלל...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דמות הנמצאת בתוך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דמות שיודעת הכל על כל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המחבר עצמו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מצלול בשיר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חזרה מכוונת על צלילים 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חריזה בסוף שורות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שימוש רק במילים נרדפות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ספרות: סיפור קצר ושיר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מספר כל-יודע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השוואה סמויה בלי מילת השוואה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מספר מוגבל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השוואה גלויה בעזרת המילה כמו או כ-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דימוי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יודע רק את מחשבותיה של דמות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מטאפורה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יודע את מחשבותיהן של כל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ספרות: סיפור קצר ושיר – ניתוח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כיצד מצלול או חריזה בשיר שלמדתם משפיעים על האווירה שלו (2-3 שורות)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אזרחות וחשיבה ביקורתית – מושגי יסוד בבחירות ובדמוקרטיה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בבחירות לכנסת כל אזרח ואזרחת בוגרים מצביעים בפתק סודי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במשטר דמוקרטי מותר לפגוע בזכויות המיעוט כל עוד הרוב מסכים לכך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יצחק רבין כיהן כראש ממשלת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אזרחות וחשיבה ביקורתית – זיהוי טכניקות שכנוע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שימוש בדמות מוכרת וסמכותית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סיפור מרגש שגורם לקהל להזדהות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פנייה לרגש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הטענה שכולם כבר תומכים ברעיון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חזרתיות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אדם מפורסם ממליץ על מוצר או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אפקט העדר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אותו משפט או סיסמה חוזרים שוב ושוב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אזרחות וחשיבה ביקורתית – חשיבה ביקורתית ומורשת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מדוע חשוב לבדוק את מקור המידע לפני שמאמינים 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ערכים וחוסן אישי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מאפיין בעיקר חברות בריאה ותומכת?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תחרות מתמדת על 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אמון הדדי והקשבה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הסתרת רגשות וקשיים מהחבר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המשמעות המרכזית של המושג 'חוסן אישי'?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היכולת להתמודד עם קשיים ולהתאושש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היכולת להימנע מכל קושי בחיים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כוח פיזי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מבטא בעיקר המושג 'אחריות אישית'?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הטלת אשמה על אחרים כשמשהו משתבש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הכרה בתוצאות המעשים שלי ופעולה בהתאם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הימנעות מקבלת החלטות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ערכים וחוסן אישי – יישום במצבים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חבר נכשל במבחן ומרגיש מתוסכל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גמישות מחשבתית וחיפוש פתרונות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טעיתם בתפקיד שהוטל עליכם בעבודת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תמיכה והקשבה בלי שיפוטיות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קושי להתמודד עם שינוי פתאומי בתוכנית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שמירה על הסוד כביטוי לאמון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חבר מספר לכם סוד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הודאה בטעות ותיקונה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ערכים וחוסן אישי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דילמה שבה הייתם בין נאמנות לחבר לבין אמירת האמת, וכיצד פעלתם ומדוע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שלוש דרכים שבהן אפשר לחזק חוסן אישי מול קושי או כישלון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חינוך פיננסי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תקציב אישי הוא תכנון מראש של הכנסות והוצאות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חיסכון פירושו להוציא את כל הכסף מיד כשמקבלים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הוצאה קבועה היא הוצאה שחוזרת כל חודש בסכום דומה, כמו שכר דירה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חינוך פיננסי – יישום בתקציב ובצרכנות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הכסף שאדם מקבל ממשכורת, מתנה או דמי כיס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כאשר ההוצאות גבוהות מההכנסות נוצר __________ בתקציב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חינוך פיננסי – השוואה והחלטות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שכר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הוצאה משתנה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חשבון חשמל משתנה בכל חודש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הוצאה קבועה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הפקדה חודשית לחיסכון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צרכנות נבונה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השוואת מחירים בין חנויות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יעד פיננסי לטווח ארוך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חינוך פיננסי – ניתוח והחלטות צרכניות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מאפיין צרכן נבון לפני רכישה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קונה מייד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בודק מחירים, צורך ואיכות לפני הקנייה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קונה רק לפי המותג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בלוח הבחירה בנושא משפט מורכב, סוג המשפט הנלמד הוא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משפט פשוט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מורכב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לוח הבחירה העוסק בניבים וצירופי לשון שייך לתחום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גאוגרפיה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כלל הבחירה 'אחת מכל צבע' בלוח משמעו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לבחור משימה אחת מכל רמת 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לבחור שלוש משימות בשורה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לצבור 10 נקודות ממשימות שונות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כיצד לוח בחירה מאפשר לתלמידים שונים ללמוד בדרכים שונות, והביאו דוגמה מאחד הלוחות שלמדתם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שלוש משימות מתוך הפרקים בחרתם לבצע, ולפי איזה כלל בחירה (3 בשורה / אחת מכל צבע / צבירת נקודות)?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מהתרגול שלכם למשפט מורכב, לניב או לטכניקת שכנוע שלמדתם עליה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לוחות בחירה (למידה דיפרנציאלית)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