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(למידה דיפרנציאלית)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(תשע משימות, שלוש רמות, כללי בחירה שונים) ולדעת לבחור משימה המתאימה ליכולת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לעומק את התכנים הממשיים שבלוחות: לשון, ספרות, אזרחות, ערכים וחינוך פיננסי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עצמאות בלמידה, קבלת החלטות וניהול זמן לאורך משימה רב-שלבית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ביטוי בכתב ובעל פה בדרכים מגוונות – כתיבה, שיחה,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תחביר, פיסוק וכתיבה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הפסוקית הטפלה תלויה במשפט העיקרי ואינה יכולה לעמוד בפני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ניב הוא צירוף קבוע שמשמעותו מושאלת ואינה מילולית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תחביר, פיסוק וכתיבה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במחובר שני משפטים עיקריים שווי מעמד, במורכב יש משפט עיקרי ופסוקית טפלה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טענה ברורה עם נימוקים התומכים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תחביר, פיסוק וכתיבה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(מסמנת סוף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(מפריד בין איברים ברשימה או בין חלקי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(מסמן משפט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(מקדימות הסבר, רשימה או 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(מחבר בין שתי מילים או מציין טווח)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לשון: תחביר, פיסוק וכתיבה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שקרא את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ספרות: סיפור קצר ושיר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חשיפה, התפתחות, שיא,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דמות הנמצאת בתוך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חזרה מכוונת על צלילים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משתנה ומתפתחת לאורך 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ספרות: סיפור קצר ושיר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(יודע את מחשבותיהן של כל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(יודע רק את מחשבותיה של דמות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(השוואה גלויה בעזרת המילה כמו או כ-)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(השוואה סמויה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(המספר מתאר במפורש את תכונות הדמות)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(תכונות הדמות נלמדות ממעשיה ומדבריה)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ספרות: סיפור קצר ושיר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מזהה דוגמה למצלול/חריזה ומסביר קשר בין הצליל לתחושה או לאווירה שהשיר 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האם המספר בגוף ראשון/שלישי, כל-יודע/מוגבל, ואיך זה משפיע על המידע שהקורא מקבל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 מצטט ביטוי קצר (עד כמה מילים), מזהה אם זה דימוי או מטאפורה ומסביר את התרומה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 קובע סוג הדמות ומביא דוגמה מהעלילה התומכת בקביעה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אזרחות וחשיבה ביקורתית – מושגי יסוד בבחירות ובדמוקרטיה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ההצבעה בישראל חשאית כדי לאפשר לכל אדם לבחור בלי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בדמוקרטיה יש להגן גם על זכויות המיעוט ולא רק על רצון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רבין שימש ראש ממשלה יותר מכהונה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האירוע התרחש בכיכר בלב תל אביב בכינוס תמיכה בתהליך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חופש הביטוי הוא אחד מעקרונות היסוד של כל משטר דמוקרטי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אזרחות וחשיבה ביקורתית – זיהוי טכניקות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(אדם מפורסם ממליץ על מוצר או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(סיפור מרגש שגורם לקהל להזדהות)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(אותו משפט או סיסמה חוזרים שוב ושוב)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(הטענה שכולם כבר תומכים ברעיון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(ציון מספרים ואחוזים כדי לחזק 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(מילים בעלות מטען רגשי חזק כמו איום או הצלה)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אזרחות וחשיבה ביקורתית – חשיבה ביקורתית ומורשת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שהמידע מהימן, מדויק ואינו מוטה או שקרי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מגזימה לעומת ניסוח עובדתי ומדויק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המציינת מאפיינים כמו שימוש ברגש מול הצגת נתונים ומקורות 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המזכירה חשיבות שמירה על הסכמה דמוקרטית, דיאלוג ומניעת אלימות פוליטית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ערכים וחוסן אישי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אמון הדדי והקשבה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היכולת להתמודד עם קשיים ולהתאושש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הכרה בתוצאות המעשים שלי ופעולה בהתאם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רכילות ושיתוף סודות של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ערכים וחוסן אישי – יישום במצבים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(תמיכה והקשבה בלי שיפוטיות)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(הודאה בטעות ותיקונה)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(גמישות מחשבתית וחיפוש פתרונות)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(שמירה על הסוד כביטוי לאמון)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(לקיחת אחריות על התהליך והתוצאה)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(שיחה ישירה ומכבדת במקום האשמה)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ערכים וחוסן אישי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דילמה אישית, שיקולים שהובילו להחלטה, והתייחסות לערכי נאמנות וכנות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שיחה עם גורם תומך, זיהוי והבעת רגשות, חיפוש פתרונות, למידה מהכישלון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 היא הכרה בתפקידי בתוצאה ופעולה לתיקון; הטלת אשמה היא הפניית האצבע לאחר. נדרשת דוגמה אישית 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המשלבת הכרה בתפקיד האישי בקונפליקט, הצעת פתרון מעשי, ושמירה על כבוד הדדי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פסקה המשלבת לפחות שני ערכים (חברות, חוסן, אחריות) בהמלצה מעשית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חינוך פיננסי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תקציב עוזר לעקוב אחרי הכסף הנכנס והיוצא ולתכנן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חיסכון הוא הפרשת כסף לשימוש עתידי ולא הוצאה מיידית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לעומת הוצאה משתנה שמשתנה מחודש לחודש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צרכנות נבונה כוללת השוואת מחירים, איכות וצורך אמיתי, לא רק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חינוך פיננסי – יישום בתקציב ובצרכנות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גירעון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חינוך פיננסי – השוואה והחלטות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(הוצאה קבועה)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(הוצאה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(יעד פיננסי לטווח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(צרכנות נבונה)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(קנייה לא מתוכננת)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חינוך פיננסי – ניתוח והחלטות צרכניות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בודק מחירים, צורך ואיכות לפני הקנייה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נשאר עודף שאפשר לחסוך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לבחור משימה אחת מכל רמת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בחירות ודמוקרטיה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9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ניהול הכנסות והוצאות 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סוג היצירה הספרותית הנלמדת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לאפשר לכל תלמיד לבחור משימות לפי העדפתו ורמתו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שהלוח מציע 9 משימות בשלוש רמות קושי ובדרכי ביטוי שונות (כתיבה, ציור, תנועה, דיגיטל, שיחה, יצירה), כך שכל תלמיד בוחר לפי העדפתו ויכולתו, ולהביא דוגמה 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פתוחה; יש לבדוק שהמשימה המוצעת אכן משלבת תוכן משני התחומים שנבחרו באופן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להתייחס לכך שתלמידים שונים מתאימים אליהם דרכי למידה שונות, מה שמעלה מוטיבציה ומאפשר לכל אחד להצליח ולהביע את עצמו בדרך המועדפת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של מבנה הלוח וכלל הבחירה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מדויקת ותואמת למונח הנדרש מתוך החומר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רפלקציה אישית אמיתית על תהליך הלמידה והבחירה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שיעור אחד לכל פרק, בהתאם לזמן המוקצב בלוחות המקוריים (שיעור עד 3 שיעורים לנושא)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לתלמידים לבחור סדר עבודה שונה בפרקים, בדומה לעיקרון הבחירה החופשית שבלוחות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לתלמידים מתקשים להתמקד במשימות ברמת הקושי הבסיסית בכל פרק, ולתלמידים מתקדמים להרחיב לרמת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עבודה בזוגות או בקבוצות קטנות במשימות השיחה והיצירה, כדי לשמר את הגיוון בדרכי הביטוי שמציע הלוח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(למידה דיפרנציאלית)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תמצאו תרגולים על פי נושאי לוחות הבחירה. בכל פרק אפשר לבחור משימות ברמת קושי שונה, בדיוק כמו בלוח בחירה אמיתי – התקדמו לפי סדר הפרקים או לפי העניין האישי 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לשון: תחביר, פיסוק וכתיבה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מורכב בנוי ממשפט עיקרי ולפחות פסוקית טפלה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צירוף מילים שיש להבין כפשוטו,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לשון: תחביר, פיסוק וכתיבה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משפט מחובר למשפט מורכב?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במחובר שני משפטים עיקריים שווי מעמד, במורכב יש משפט עיקרי ופסוקית טפלה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אלו שני שמות לאותה תופעה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במורכב אין פועל, במחובר יש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במחובר יש רק 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מרכיב חובה בפסקת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ברורה עם נימוקים התומכים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נוף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רטוריות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לשון: תחביר, פיסוק וכתיבה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מפריד בין איברים ברשימה או בין חלקי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 בין שתי מילים או מציין טווח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מקדימות הסבר, רשימה או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מסמנת סוף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מסמן משפט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לשון: תחביר, פיסוק וכתיבה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המורה החליטה __________ עין על התלמיד החדש כדי לוודא שהוא מסתדר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"הילד שקרא את הספר נהנה מאוד" הפסוקית הטפלה היא "__________"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ספרות: סיפור קצר ושיר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הסדר הנכון של שלבי העלילה בסיפור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חשיפה, התפתחות, שיא,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שיא, חשיפה, התפתחות,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סיום, שיא, התפתחות, חשיפה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התפתחות, שיא, חשיפה,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מספר בגוף ראשון הוא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הנמצאת בתוך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שיודעת הכל על כל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המחבר עצמו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 מבחוץ שאינו קשור לעלילה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מצלול בשיר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מכוונת על צלילים 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חריזה בסוף שורות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רק במילים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פיסוק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דימוי הוא תיאור המשווה בין שני דברים בעזרת המילה...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דמות 'עגולה' (מורכבת) היא דמות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משתנה ומתפתחת לאורך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נשארת זהה מתחילתה ועד סופה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מופיעה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תמיד המספר של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ספרות: סיפור קצר ושיר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מספר כל-יודע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גלויה בעזרת המילה כמו או כ-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 מוגבל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המספר מתאר במפורש את תכונות הדמות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סמויה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יודע רק את מחשבותיה של דמות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אפיון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תכונות הדמות נלמדות ממעשיה ומדבריה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אפיון עקיף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יודע את מחשבותיהן של כל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ספרות: סיפור קצר ושיר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כיצד מצלול או חריזה בשיר שלמדתם משפיעים על האווירה שלו (2-3 שורות)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סיפור קצר שלמדתם וכתבו כיצד נקודת המבט של המספר משפיעה על הבנת העלילה (כ-4 שורות)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דימוי או מטאפורה בשיר שלמדתם וכתבו מה הוא תורם למשמעות השיר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דמות מסיפור שלמדתם וקבעו אם היא דמות שטוחה או עגולה, בצירוף נימוק מהעלילה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אזרחות וחשיבה ביקורתית – מושגי יסוד בבחירות ובדמוקרטיה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לכנסת כל אזרח ואזרחת בוגרים מצביעים בפתק סודי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דמוקרטי מותר לפגוע בזכויות המיעוט כל עוד הרוב מסכים לכך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יצחק רבין כיהן כראש ממשלת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יצחק רבין נרצח בשנת 1995 בכינוס למען השלום בתל 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חופש הביטוי הוא ערך שאינו קשור כלל למשטר דמוקרטי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אזרחות וחשיבה ביקורתית – זיהוי טכניקות 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שימוש בדמות מוכרת וסמכותית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הטענה שכולם כבר תומכים ברעיון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פנייה לרגש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אותו משפט או סיסמה חוזרים שוב ושוב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חזרתיות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מרגש שגורם לקהל להזדהות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אפקט העדר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ציון מספרים ואחוזים כדי לחזק 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שימוש בנתונים וסטטיסטיקה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מילים בעלות מטען רגשי חזק כמו איום או הצלה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שפה טעונה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אדם מפורסם ממליץ על מוצר או רעיון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אזרחות וחשיבה ביקורתית – חשיבה ביקורתית ומורשת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חשוב לבדוק את מקור המידע לפני שמאמינים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לכותרת שעשויה להטעות קוראים, ונסחו כותרת מדויקת יותר לאותו תוכן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המסבירה כיצד אפשר להבחין בין שכנוע רגשי לבין שכנוע המבוסס על עובדות, בפרסומת או בנאום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מהי התרומה של זכרו של יצחק רבין לשיח על דמוקרטיה וסובלנות בישראל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ערכים וחוסן אישי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מהבאים מאפיין בעיקר חברות בריאה ותומכת?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מתמדת על הצלחות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אמון הדדי והקשבה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הסתרת רגשות וקשיים מהחבר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ויתור על הדעה האישית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המשמעות המרכזית של המושג 'חוסן אישי'?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להתמודד עם קשיים ולהתאושש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להימנע מכל קושי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 פיזי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הצלחה אקדמית ללא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מבטא בעיקר המושג 'אחריות אישית'?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הטלת אשמה על אחרים כשמשהו משתבש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הכרה בתוצאות המעשים שלי ופעולה בהתאם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הימנעות מקבלת החלטות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ציות אוטומטי להוראות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התנהגות דווקא פוגעת בקשרי חברות לאורך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הקשבה פעילה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כבוד להבדלים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רכילות ושיתוף סודות של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עזרה בשעת צורך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ערכים וחוסן אישי – יישום במצבים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נכשל במבחן ומרגיש מתוסכל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לקיחת אחריות על התהליך והתוצאה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טעיתם בתפקיד שהוטל עליכם בעבודת 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תמיכה והקשבה בלי שיפוטיות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קושי להתמודד עם שינוי פתאומי בתוכנית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הודאה בטעות ותיקונה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 מספר לכם סוד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שיחה ישירה ומכבדת במקום האשמה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קיבלתם תפקיד הובלה בפרויקט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גמישות מחשבתית וחיפוש פתרונות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חבר בקבוצה לא ממלא את חלקו במשימה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שמירה על הסוד כביטוי לאמון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ערכים וחוסן אישי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דילמה שבה הייתם בין נאמנות לחבר לבין אמירת האמת, וכיצד פעלתם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דרכים שבהן אפשר לחזק חוסן אישי מול קושי או כישלון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ההבדל בין נטילת אחריות לבין הטלת אשמה, והביאו דוגמה מחייכם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קונפליקט קבוצתי והציעו דרך פעולה המשלבת גם אחריות אישית וגם שמירה על הקשר החברתי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כתבו פסקה קצרה שבה אתם ממליצים לתלמיד צעיר מכם כיצד להתמודד עם קושי חברתי, תוך שימוש בלפחות שני ערכים מהפרק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חינוך פיננסי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אישי הוא תכנון מראש של הכנסות והוצאות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פירושו להוציא את כל הכסף מיד כשמקבלים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קבועה היא הוצאה שחוזרת כל חודש בסכום דומה, כמו שכר דירה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צרכנות נבונה פירושה לקנות את המוצר הכי זול תמיד בלי לבדוק דברים נוספים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חינוך פיננסי – יישום בתקציב ובצרכנות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הכסף שאדם מקבל ממשכורת, מתנה או דמי כיס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ההוצאות גבוהות מההכנסות נוצר __________ בתקציב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קנייה כדאי לבדוק אם המוצר __________ באמת ולא רק רוצים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חינוך פיננסי – השוואה והחלטות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שכר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צרכנות נבונה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חשבון חשמל משתנה בכל חודש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יעד פיננסי לטווח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הפקדה חודשית לחיסכון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קנייה לא מתוכננת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השוואת מחירים בין חנויות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הוצאה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קניית מוצר מיותר מתוך דחף רגעי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הוצאה קבועה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חינוך פיננסי – ניתוח והחלטות צרכניות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מאפיין צרכן נבון לפני רכישה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קונה מייד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 מחירים, צורך ואיכות לפני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קונה רק לפי המותג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מתעלם מהתקציב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כשההכנסות גבוהות מההוצאות?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נוצר גירעון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עודף שאפשר לחסוך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התקציב מתאזן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בלוח הבחירה בנושא משפט מורכב, סוג המשפט הנלמד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לוח הבחירה העוסק בניבים וצירופי לשון שייך לתחום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ערכים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כלל הבחירה 'אחת מכל צבע' בלוח משמעו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משימה אחת מכל רמת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שלוש משימות בשורה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לצבור 10 נקודות ממשימות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לבצע את כל המשימות בלוח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הלוח 'שכנוע וחשיבה ביקורתית' שייך לתחום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בחירות ודמוקרטיה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ערכים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משימות כוללות בדרך כלל כל לוח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לוח הבחירה 'תקציב אישי' עוסק בעיקר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חיסכון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ניהול הכנסות והוצאות אישיות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השקעות בבורסה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ההבדל המרכזי בין הלוח 'סיפור קצר' לבין הלוח 'שיר' הוא בעיקר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תחום הדעת שונה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היצירה הספרותית הנלמדת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שכבת הגיל שונה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כל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המטרה המרכזית בלמידה דיפרנציאלית באמצעות לוחות בחירה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לכל התלמידים משימה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לכל תלמיד לבחור משימות לפי העדפתו ורמתו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ההערכה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את זמן השיעור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לוח בחירה מאפשר לתלמידים שונים ללמוד בדרכים שונות, והביאו דוגמה מאחד הלוחות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לוחות מתחומים שונים (לדוגמה לשון וערכים וחוסן) והציעו משימה משותפת אחת שמשלבת בין שני התחומים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נמקו מדוע חשוב שבכל לוח בחירה יהיו משימות בדרכים שונות (כתיבה, ציור, תנועה, דיגיטל, שיחה, יצירה) ולא רק משימות כתיבה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משימות מתוך הפרקים בחרתם לבצע, ולפי איזה כלל בחירה (3 בשורה / אחת מכל צבע / צבירת נקודות)?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מהתרגול שלכם למשפט מורכב, לניב או לטכניקת שכנוע שלמדתם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הקושי המרכזי בפרק שבחרתם, וכיצד התמודדתם איתו?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לוחות בחירה (למידה דיפרנציאלית)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